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40"/>
      </w:pPr>
      <w:r>
        <w:rPr>
          <w:b/>
          <w:i w:val="0"/>
          <w:color w:val="1E3A5F"/>
          <w:sz w:val="32"/>
        </w:rPr>
        <w:t xml:space="preserve">AVIS DU COMITÉ SOCIAL ET ÉCONOMIQUE DE </w:t>
      </w:r>
      <w:r>
        <w:rPr>
          <w:b/>
          <w:i w:val="0"/>
          <w:color w:val="1E3A5F"/>
          <w:sz w:val="32"/>
          <w:shd w:val="clear" w:color="auto" w:fill="FFF4CC"/>
        </w:rPr>
        <w:t>[ENTREPRISE]</w:t>
      </w:r>
    </w:p>
    <w:p>
      <w:pPr>
        <w:spacing w:after="200"/>
        <w:pBdr>
          <w:bottom w:val="single" w:sz="4" w:space="4" w:color="C9D1DB"/>
        </w:pBdr>
      </w:pPr>
      <w:r>
        <w:rPr>
          <w:b w:val="0"/>
          <w:i w:val="0"/>
          <w:color w:val="6B7280"/>
          <w:sz w:val="21"/>
        </w:rPr>
        <w:t xml:space="preserve">Consultation sur </w:t>
      </w:r>
      <w:r>
        <w:rPr>
          <w:b w:val="0"/>
          <w:i w:val="0"/>
          <w:color w:val="6B7280"/>
          <w:sz w:val="21"/>
          <w:shd w:val="clear" w:color="auto" w:fill="FFF4CC"/>
        </w:rPr>
        <w:t>[objet du projet]</w:t>
      </w:r>
      <w:r>
        <w:rPr>
          <w:b w:val="0"/>
          <w:i w:val="0"/>
          <w:color w:val="6B7280"/>
          <w:sz w:val="21"/>
        </w:rPr>
        <w:t xml:space="preserve"> — réunion du </w:t>
      </w:r>
      <w:r>
        <w:rPr>
          <w:b w:val="0"/>
          <w:i w:val="0"/>
          <w:color w:val="6B7280"/>
          <w:sz w:val="21"/>
          <w:shd w:val="clear" w:color="auto" w:fill="FFF4CC"/>
        </w:rPr>
        <w:t>[date]</w:t>
      </w:r>
    </w:p>
    <w:p>
      <w:pPr>
        <w:keepNext/>
        <w:spacing w:before="240" w:after="80"/>
        <w:pBdr>
          <w:bottom w:val="single" w:sz="6" w:space="4" w:color="1E3A5F"/>
        </w:pBdr>
      </w:pPr>
      <w:r>
        <w:rPr>
          <w:b/>
          <w:i w:val="0"/>
          <w:color w:val="1E3A5F"/>
          <w:sz w:val="22"/>
        </w:rPr>
        <w:t>1. OBJET DE LA CONSULTATION</w:t>
      </w:r>
    </w:p>
    <w:p>
      <w:r>
        <w:rPr>
          <w:b w:val="0"/>
          <w:i w:val="0"/>
        </w:rPr>
        <w:t xml:space="preserve">Le comité est consulté sur </w:t>
      </w:r>
      <w:r>
        <w:rPr>
          <w:b w:val="0"/>
          <w:i w:val="0"/>
          <w:shd w:val="clear" w:color="auto" w:fill="FFF4CC"/>
        </w:rPr>
        <w:t>[description du projet]</w:t>
      </w:r>
      <w:r>
        <w:rPr>
          <w:b w:val="0"/>
          <w:i w:val="0"/>
        </w:rPr>
        <w:t xml:space="preserve">, présenté par </w:t>
      </w:r>
      <w:r>
        <w:rPr>
          <w:b w:val="0"/>
          <w:i w:val="0"/>
          <w:shd w:val="clear" w:color="auto" w:fill="FFF4CC"/>
        </w:rPr>
        <w:t>[nom, fonction]</w:t>
      </w:r>
      <w:r>
        <w:rPr>
          <w:b w:val="0"/>
          <w:i w:val="0"/>
        </w:rPr>
        <w:t xml:space="preserve"> lors de la réunion du </w:t>
      </w:r>
      <w:r>
        <w:rPr>
          <w:b w:val="0"/>
          <w:i w:val="0"/>
          <w:shd w:val="clear" w:color="auto" w:fill="FFF4CC"/>
        </w:rPr>
        <w:t>[date]</w:t>
      </w:r>
      <w:r>
        <w:rPr>
          <w:b w:val="0"/>
          <w:i w:val="0"/>
        </w:rPr>
        <w:t>.</w:t>
      </w:r>
    </w:p>
    <w:p>
      <w:r>
        <w:rPr>
          <w:b w:val="0"/>
          <w:i w:val="0"/>
        </w:rPr>
        <w:t xml:space="preserve">Les informations écrites lui ont été communiquées le </w:t>
      </w:r>
      <w:r>
        <w:rPr>
          <w:b w:val="0"/>
          <w:i w:val="0"/>
          <w:shd w:val="clear" w:color="auto" w:fill="FFF4CC"/>
        </w:rPr>
        <w:t>[date]</w:t>
      </w:r>
      <w:r>
        <w:rPr>
          <w:b w:val="0"/>
          <w:i w:val="0"/>
        </w:rPr>
        <w:t xml:space="preserve"> </w:t>
      </w:r>
      <w:r>
        <w:rPr>
          <w:b w:val="0"/>
          <w:i w:val="0"/>
          <w:shd w:val="clear" w:color="auto" w:fill="FFF4CC"/>
        </w:rPr>
        <w:t>[ou : mises à disposition dans la BDESE le [date]]</w:t>
      </w:r>
      <w:r>
        <w:rPr>
          <w:b w:val="0"/>
          <w:i w:val="0"/>
        </w:rPr>
        <w:t>.</w:t>
      </w:r>
    </w:p>
    <w:p>
      <w:r>
        <w:rPr>
          <w:b w:val="0"/>
          <w:i w:val="0"/>
          <w:shd w:val="clear" w:color="auto" w:fill="FFF4CC"/>
        </w:rPr>
        <w:t>[Le comité a fait appel au cabinet [nom], dont le rapport a été remis le [date].]</w:t>
      </w:r>
    </w:p>
    <w:p>
      <w:pPr>
        <w:keepNext/>
        <w:spacing w:before="240" w:after="80"/>
        <w:pBdr>
          <w:bottom w:val="single" w:sz="6" w:space="4" w:color="1E3A5F"/>
        </w:pBdr>
      </w:pPr>
      <w:r>
        <w:rPr>
          <w:b/>
          <w:i w:val="0"/>
          <w:color w:val="1E3A5F"/>
          <w:sz w:val="22"/>
        </w:rPr>
        <w:t>2. DOCUMENTS EXAMINÉS</w:t>
      </w:r>
    </w:p>
    <w:p>
      <w:r>
        <w:rPr>
          <w:b w:val="0"/>
          <w:i w:val="0"/>
        </w:rPr>
        <w:t xml:space="preserve">– </w:t>
      </w:r>
      <w:r>
        <w:rPr>
          <w:b w:val="0"/>
          <w:i w:val="0"/>
          <w:shd w:val="clear" w:color="auto" w:fill="FFF4CC"/>
        </w:rPr>
        <w:t>[note d'information du [date]]</w:t>
      </w:r>
      <w:r>
        <w:rPr>
          <w:b w:val="0"/>
          <w:i w:val="0"/>
        </w:rPr>
        <w:t xml:space="preserve"> ; – </w:t>
      </w:r>
      <w:r>
        <w:rPr>
          <w:b w:val="0"/>
          <w:i w:val="0"/>
          <w:shd w:val="clear" w:color="auto" w:fill="FFF4CC"/>
        </w:rPr>
        <w:t>[annexes]</w:t>
      </w:r>
      <w:r>
        <w:rPr>
          <w:b w:val="0"/>
          <w:i w:val="0"/>
        </w:rPr>
        <w:t xml:space="preserve"> ; – </w:t>
      </w:r>
      <w:r>
        <w:rPr>
          <w:b w:val="0"/>
          <w:i w:val="0"/>
          <w:shd w:val="clear" w:color="auto" w:fill="FFF4CC"/>
        </w:rPr>
        <w:t>[rapport d'expertise, le cas échéant]</w:t>
      </w:r>
    </w:p>
    <w:p>
      <w:pPr>
        <w:keepNext/>
        <w:spacing w:before="240" w:after="80"/>
        <w:pBdr>
          <w:bottom w:val="single" w:sz="6" w:space="4" w:color="1E3A5F"/>
        </w:pBdr>
      </w:pPr>
      <w:r>
        <w:rPr>
          <w:b/>
          <w:i w:val="0"/>
          <w:color w:val="1E3A5F"/>
          <w:sz w:val="22"/>
        </w:rPr>
        <w:t>3. CONSTATS DU COMITÉ</w:t>
      </w:r>
    </w:p>
    <w:p>
      <w:r>
        <w:rPr>
          <w:b w:val="0"/>
          <w:i w:val="0"/>
        </w:rPr>
        <w:t xml:space="preserve">– </w:t>
      </w:r>
      <w:r>
        <w:rPr>
          <w:b w:val="0"/>
          <w:i w:val="0"/>
          <w:shd w:val="clear" w:color="auto" w:fill="FFF4CC"/>
        </w:rPr>
        <w:t>[constat précis, chiffré, sourcé]</w:t>
      </w:r>
    </w:p>
    <w:p>
      <w:r>
        <w:rPr>
          <w:b w:val="0"/>
          <w:i w:val="0"/>
        </w:rPr>
        <w:t xml:space="preserve">– Informations manquantes : </w:t>
      </w:r>
      <w:r>
        <w:rPr>
          <w:b w:val="0"/>
          <w:i w:val="0"/>
          <w:shd w:val="clear" w:color="auto" w:fill="FFF4CC"/>
        </w:rPr>
        <w:t>[document ou donnée]</w:t>
      </w:r>
      <w:r>
        <w:rPr>
          <w:b w:val="0"/>
          <w:i w:val="0"/>
        </w:rPr>
        <w:t xml:space="preserve">, demandé(e) le </w:t>
      </w:r>
      <w:r>
        <w:rPr>
          <w:b w:val="0"/>
          <w:i w:val="0"/>
          <w:shd w:val="clear" w:color="auto" w:fill="FFF4CC"/>
        </w:rPr>
        <w:t>[date]</w:t>
      </w:r>
      <w:r>
        <w:rPr>
          <w:b w:val="0"/>
          <w:i w:val="0"/>
        </w:rPr>
        <w:t xml:space="preserve">, </w:t>
      </w:r>
      <w:r>
        <w:rPr>
          <w:b w:val="0"/>
          <w:i w:val="0"/>
          <w:shd w:val="clear" w:color="auto" w:fill="FFF4CC"/>
        </w:rPr>
        <w:t>[non communiqué(e) à ce jour]</w:t>
      </w:r>
      <w:r>
        <w:rPr>
          <w:b w:val="0"/>
          <w:i w:val="0"/>
        </w:rPr>
        <w:t>.</w:t>
      </w:r>
    </w:p>
    <w:p>
      <w:pPr>
        <w:keepNext/>
        <w:spacing w:before="240" w:after="80"/>
        <w:pBdr>
          <w:bottom w:val="single" w:sz="6" w:space="4" w:color="1E3A5F"/>
        </w:pBdr>
      </w:pPr>
      <w:r>
        <w:rPr>
          <w:b/>
          <w:i w:val="0"/>
          <w:color w:val="1E3A5F"/>
          <w:sz w:val="22"/>
        </w:rPr>
        <w:t>4. MOTIFS</w:t>
      </w:r>
    </w:p>
    <w:p>
      <w:r>
        <w:rPr>
          <w:b w:val="0"/>
          <w:i w:val="0"/>
        </w:rPr>
        <w:t>Le comité estime que :</w:t>
      </w:r>
    </w:p>
    <w:p>
      <w:r>
        <w:rPr>
          <w:b w:val="0"/>
          <w:i w:val="0"/>
        </w:rPr>
        <w:t xml:space="preserve">– </w:t>
      </w:r>
      <w:r>
        <w:rPr>
          <w:b w:val="0"/>
          <w:i w:val="0"/>
          <w:shd w:val="clear" w:color="auto" w:fill="FFF4CC"/>
        </w:rPr>
        <w:t>[effets du projet sur l'emploi : …]</w:t>
      </w:r>
      <w:r>
        <w:rPr>
          <w:b w:val="0"/>
          <w:i w:val="0"/>
        </w:rPr>
        <w:t xml:space="preserve"> ;</w:t>
      </w:r>
    </w:p>
    <w:p>
      <w:r>
        <w:rPr>
          <w:b w:val="0"/>
          <w:i w:val="0"/>
        </w:rPr>
        <w:t xml:space="preserve">– </w:t>
      </w:r>
      <w:r>
        <w:rPr>
          <w:b w:val="0"/>
          <w:i w:val="0"/>
          <w:shd w:val="clear" w:color="auto" w:fill="FFF4CC"/>
        </w:rPr>
        <w:t>[effets sur les conditions de travail, la charge, l'organisation : …]</w:t>
      </w:r>
      <w:r>
        <w:rPr>
          <w:b w:val="0"/>
          <w:i w:val="0"/>
        </w:rPr>
        <w:t xml:space="preserve"> ;</w:t>
      </w:r>
    </w:p>
    <w:p>
      <w:r>
        <w:rPr>
          <w:b w:val="0"/>
          <w:i w:val="0"/>
        </w:rPr>
        <w:t xml:space="preserve">– </w:t>
      </w:r>
      <w:r>
        <w:rPr>
          <w:b w:val="0"/>
          <w:i w:val="0"/>
          <w:shd w:val="clear" w:color="auto" w:fill="FFF4CC"/>
        </w:rPr>
        <w:t>[autre motif]</w:t>
      </w:r>
      <w:r>
        <w:rPr>
          <w:b w:val="0"/>
          <w:i w:val="0"/>
        </w:rPr>
        <w:t>.</w:t>
      </w:r>
    </w:p>
    <w:p>
      <w:pPr>
        <w:keepNext/>
        <w:spacing w:before="240" w:after="80"/>
        <w:pBdr>
          <w:bottom w:val="single" w:sz="6" w:space="4" w:color="1E3A5F"/>
        </w:pBdr>
      </w:pPr>
      <w:r>
        <w:rPr>
          <w:b/>
          <w:i w:val="0"/>
          <w:color w:val="1E3A5F"/>
          <w:sz w:val="22"/>
        </w:rPr>
        <w:t>5. RÉSERVES ET PROPOSITIONS</w:t>
      </w:r>
    </w:p>
    <w:p>
      <w:r>
        <w:rPr>
          <w:b w:val="0"/>
          <w:i w:val="0"/>
        </w:rPr>
        <w:t xml:space="preserve">Le comité propose : – </w:t>
      </w:r>
      <w:r>
        <w:rPr>
          <w:b w:val="0"/>
          <w:i w:val="0"/>
          <w:shd w:val="clear" w:color="auto" w:fill="FFF4CC"/>
        </w:rPr>
        <w:t>[proposition 1]</w:t>
      </w:r>
      <w:r>
        <w:rPr>
          <w:b w:val="0"/>
          <w:i w:val="0"/>
        </w:rPr>
        <w:t xml:space="preserve"> ; – </w:t>
      </w:r>
      <w:r>
        <w:rPr>
          <w:b w:val="0"/>
          <w:i w:val="0"/>
          <w:shd w:val="clear" w:color="auto" w:fill="FFF4CC"/>
        </w:rPr>
        <w:t>[proposition 2]</w:t>
      </w:r>
      <w:r>
        <w:rPr>
          <w:b w:val="0"/>
          <w:i w:val="0"/>
        </w:rPr>
        <w:t>.</w:t>
      </w:r>
    </w:p>
    <w:p>
      <w:pPr>
        <w:keepNext/>
        <w:spacing w:before="240" w:after="80"/>
        <w:pBdr>
          <w:bottom w:val="single" w:sz="6" w:space="4" w:color="1E3A5F"/>
        </w:pBdr>
      </w:pPr>
      <w:r>
        <w:rPr>
          <w:b/>
          <w:i w:val="0"/>
          <w:color w:val="1E3A5F"/>
          <w:sz w:val="22"/>
        </w:rPr>
        <w:t>6. AVIS</w:t>
      </w:r>
    </w:p>
    <w:p>
      <w:r>
        <w:rPr>
          <w:b w:val="0"/>
          <w:i w:val="0"/>
        </w:rPr>
        <w:t xml:space="preserve">En conséquence, le comité émet un avis </w:t>
      </w:r>
      <w:r>
        <w:rPr>
          <w:b w:val="0"/>
          <w:i w:val="0"/>
          <w:shd w:val="clear" w:color="auto" w:fill="FFF4CC"/>
        </w:rPr>
        <w:t>[favorable / défavorable / favorable sous les réserves exposées au point 5]</w:t>
      </w:r>
      <w:r>
        <w:rPr>
          <w:b w:val="0"/>
          <w:i w:val="0"/>
        </w:rPr>
        <w:t xml:space="preserve"> sur </w:t>
      </w:r>
      <w:r>
        <w:rPr>
          <w:b w:val="0"/>
          <w:i w:val="0"/>
          <w:shd w:val="clear" w:color="auto" w:fill="FFF4CC"/>
        </w:rPr>
        <w:t>[objet du projet]</w:t>
      </w:r>
      <w:r>
        <w:rPr>
          <w:b w:val="0"/>
          <w:i w:val="0"/>
        </w:rPr>
        <w:t>.</w:t>
      </w:r>
    </w:p>
    <w:p>
      <w:r>
        <w:rPr>
          <w:b w:val="0"/>
          <w:i w:val="0"/>
        </w:rPr>
        <w:t>Il rappelle que l'employeur rend compte, en la motivant, de la suite donnée au présent avis (article L2312-15 du Code du travail).</w:t>
      </w:r>
    </w:p>
    <w:p>
      <w:pPr>
        <w:keepNext/>
        <w:spacing w:before="240" w:after="80"/>
        <w:pBdr>
          <w:bottom w:val="single" w:sz="6" w:space="4" w:color="1E3A5F"/>
        </w:pBdr>
      </w:pPr>
      <w:r>
        <w:rPr>
          <w:b/>
          <w:i w:val="0"/>
          <w:color w:val="1E3A5F"/>
          <w:sz w:val="22"/>
        </w:rPr>
        <w:t>RÉSULTAT DU VOTE</w:t>
      </w:r>
    </w:p>
    <w:p>
      <w:r>
        <w:rPr>
          <w:b w:val="0"/>
          <w:i w:val="0"/>
        </w:rPr>
        <w:t xml:space="preserve">Membres présents ayant voix délibérative : </w:t>
      </w:r>
      <w:r>
        <w:rPr>
          <w:b w:val="0"/>
          <w:i w:val="0"/>
          <w:shd w:val="clear" w:color="auto" w:fill="FFF4CC"/>
        </w:rPr>
        <w:t>[n]</w:t>
      </w:r>
      <w:r>
        <w:rPr>
          <w:b w:val="0"/>
          <w:i w:val="0"/>
        </w:rPr>
        <w:t xml:space="preserve"> — le président ne prend pas part au vote.</w:t>
      </w:r>
    </w:p>
    <w:p>
      <w:r>
        <w:rPr>
          <w:b w:val="0"/>
          <w:i w:val="0"/>
        </w:rPr>
        <w:t xml:space="preserve">Pour : </w:t>
      </w:r>
      <w:r>
        <w:rPr>
          <w:b w:val="0"/>
          <w:i w:val="0"/>
          <w:shd w:val="clear" w:color="auto" w:fill="FFF4CC"/>
        </w:rPr>
        <w:t>[n]</w:t>
      </w:r>
      <w:r>
        <w:rPr>
          <w:b w:val="0"/>
          <w:i w:val="0"/>
        </w:rPr>
        <w:t xml:space="preserve"> — Contre : </w:t>
      </w:r>
      <w:r>
        <w:rPr>
          <w:b w:val="0"/>
          <w:i w:val="0"/>
          <w:shd w:val="clear" w:color="auto" w:fill="FFF4CC"/>
        </w:rPr>
        <w:t>[n]</w:t>
      </w:r>
      <w:r>
        <w:rPr>
          <w:b w:val="0"/>
          <w:i w:val="0"/>
        </w:rPr>
        <w:t xml:space="preserve"> — Abstentions : </w:t>
      </w:r>
      <w:r>
        <w:rPr>
          <w:b w:val="0"/>
          <w:i w:val="0"/>
          <w:shd w:val="clear" w:color="auto" w:fill="FFF4CC"/>
        </w:rPr>
        <w:t>[n]</w:t>
      </w:r>
    </w:p>
    <w:p>
      <w:pPr>
        <w:spacing w:after="0"/>
      </w:pPr>
    </w:p>
    <w:p>
      <w:r>
        <w:rPr>
          <w:b w:val="0"/>
          <w:i w:val="0"/>
        </w:rPr>
        <w:t xml:space="preserve">Fait à </w:t>
      </w:r>
      <w:r>
        <w:rPr>
          <w:b w:val="0"/>
          <w:i w:val="0"/>
          <w:shd w:val="clear" w:color="auto" w:fill="FFF4CC"/>
        </w:rPr>
        <w:t>[ville]</w:t>
      </w:r>
      <w:r>
        <w:rPr>
          <w:b w:val="0"/>
          <w:i w:val="0"/>
        </w:rPr>
        <w:t xml:space="preserve">, le </w:t>
      </w:r>
      <w:r>
        <w:rPr>
          <w:b w:val="0"/>
          <w:i w:val="0"/>
          <w:shd w:val="clear" w:color="auto" w:fill="FFF4CC"/>
        </w:rPr>
        <w:t>[date]</w:t>
      </w:r>
    </w:p>
    <w:p>
      <w:r>
        <w:rPr>
          <w:b w:val="0"/>
          <w:i w:val="0"/>
        </w:rPr>
        <w:t xml:space="preserve">Pour le comité, le/la secrétaire : </w:t>
      </w:r>
      <w:r>
        <w:rPr>
          <w:b w:val="0"/>
          <w:i w:val="0"/>
          <w:shd w:val="clear" w:color="auto" w:fill="FFF4CC"/>
        </w:rPr>
        <w:t>[nom]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247" w:right="1247" w:bottom="1134" w:left="1247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bottom w:val="single" w:sz="4" w:space="4" w:color="C9D1DB"/>
      </w:pBdr>
      <w:spacing w:after="40"/>
    </w:pPr>
  </w:p>
  <w:tbl>
    <w:tblPr>
      <w:tblW w:type="auto" w:w="0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4706"/>
      <w:gridCol w:w="4706"/>
    </w:tblGrid>
    <w:tr>
      <w:tc>
        <w:tcPr>
          <w:tcW w:type="dxa" w:w="7143"/>
        </w:tcPr>
        <w:p>
          <w:r>
            <w:rPr>
              <w:b w:val="0"/>
              <w:i w:val="0"/>
              <w:color w:val="6B7280"/>
              <w:sz w:val="16"/>
            </w:rPr>
            <w:t>Modèle d'avis motivé du CSE</w:t>
          </w:r>
        </w:p>
        <w:p>
          <w:r>
            <w:rPr>
              <w:color w:val="A0A6B0"/>
              <w:sz w:val="14"/>
            </w:rPr>
            <w:t>Modèle gratuit — votrepvcse.fr</w:t>
          </w:r>
        </w:p>
      </w:tc>
      <w:tc>
        <w:tcPr>
          <w:tcW w:type="dxa" w:w="2268"/>
        </w:tcPr>
        <w:p>
          <w:pPr>
            <w:jc w:val="right"/>
          </w:pPr>
          <w:r>
            <w:rPr>
              <w:color w:val="6B7280"/>
              <w:sz w:val="16"/>
            </w:rPr>
            <w:t xml:space="preserve">Page </w:t>
          </w:r>
          <w:r>
            <w:rPr>
              <w:color w:val="6B7280"/>
              <w:sz w:val="16"/>
            </w:rPr>
            <w:fldChar w:fldCharType="begin"/>
            <w:instrText xml:space="preserve">PAGE</w:instrText>
            <w:fldChar w:fldCharType="end"/>
          </w:r>
          <w:r>
            <w:rPr>
              <w:color w:val="6B7280"/>
              <w:sz w:val="16"/>
            </w:rPr>
            <w:t xml:space="preserve"> / </w:t>
          </w:r>
          <w:r>
            <w:rPr>
              <w:color w:val="6B7280"/>
              <w:sz w:val="16"/>
            </w:rPr>
            <w:fldChar w:fldCharType="begin"/>
            <w:instrText xml:space="preserve">NUMPAGES</w:instrTex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4706"/>
      <w:gridCol w:w="4706"/>
    </w:tblGrid>
    <w:tr>
      <w:tc>
        <w:tcPr>
          <w:tcW w:type="dxa" w:w="2381"/>
          <w:shd w:val="clear" w:color="auto" w:fill="F1F3F6"/>
        </w:tcPr>
        <w:p>
          <w:pPr>
            <w:spacing w:before="200" w:after="200"/>
            <w:jc w:val="center"/>
          </w:pPr>
          <w:r>
            <w:rPr>
              <w:b/>
              <w:color w:val="6B7280"/>
              <w:sz w:val="18"/>
            </w:rPr>
            <w:t>VOTRE LOGO</w:t>
          </w:r>
        </w:p>
      </w:tc>
      <w:tc>
        <w:tcPr>
          <w:tcW w:type="dxa" w:w="7030"/>
        </w:tcPr>
        <w:p>
          <w:pPr>
            <w:jc w:val="right"/>
          </w:pPr>
          <w:r>
            <w:rPr>
              <w:b/>
              <w:i w:val="0"/>
              <w:color w:val="1E3A5F"/>
              <w:sz w:val="20"/>
            </w:rPr>
            <w:t>Comité social et économique</w:t>
          </w:r>
        </w:p>
        <w:p>
          <w:pPr>
            <w:jc w:val="right"/>
          </w:pPr>
          <w:r>
            <w:rPr>
              <w:b w:val="0"/>
              <w:i w:val="0"/>
              <w:color w:val="6B7280"/>
              <w:sz w:val="18"/>
              <w:shd w:val="clear" w:color="auto" w:fill="FFF4CC"/>
            </w:rPr>
            <w:t>[Nom de l'entreprise / de l'établissement]</w:t>
          </w:r>
        </w:p>
      </w:tc>
    </w:tr>
  </w:tbl>
  <w:p>
    <w:pPr>
      <w:pBdr>
        <w:bottom w:val="single" w:sz="12" w:space="4" w:color="1E3A5F"/>
      </w:pBdr>
      <w:spacing w:after="0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Arial" w:hAnsi="Arial" w:eastAsia="Arial"/>
      <w:color w:val="1F293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d'avis motivé du CSE</dc:title>
  <dc:subject>Modèle d'avis motivé du CSE — modèle gratuit à compléter, commenté sur votrepvcse.fr</dc:subject>
  <dc:creator>VotrePVCSE</dc:creator>
  <cp:keywords>modèle gratuit, CSE, comité social et économique, Word, PDF</cp:keywords>
  <dc:description>Les zones surlignées sont à remplir. Modèle commenté sur https://votrepvcse.fr/modeles-cse</dc:description>
  <cp:lastModifiedBy/>
  <cp:revision>1</cp:revision>
  <dcterms:created xsi:type="dcterms:W3CDTF">2013-12-23T23:15:00Z</dcterms:created>
  <dcterms:modified xsi:type="dcterms:W3CDTF">2013-12-23T23:15:00Z</dcterms:modified>
  <cp:category/>
  <dc:language>fr-FR</dc:language>
</cp:coreProperties>
</file>