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40"/>
      </w:pPr>
      <w:r>
        <w:rPr>
          <w:b/>
          <w:i w:val="0"/>
          <w:color w:val="1E3A5F"/>
          <w:sz w:val="32"/>
        </w:rPr>
        <w:t xml:space="preserve">DÉCLARATION DE </w:t>
      </w:r>
      <w:r>
        <w:rPr>
          <w:b/>
          <w:i w:val="0"/>
          <w:color w:val="1E3A5F"/>
          <w:sz w:val="32"/>
          <w:shd w:val="clear" w:color="auto" w:fill="FFF4CC"/>
        </w:rPr>
        <w:t>[ORGANISATION SYNDICALE / ÉLUS DE LA LISTE …]</w:t>
      </w:r>
    </w:p>
    <w:p>
      <w:pPr>
        <w:spacing w:after="200"/>
        <w:pBdr>
          <w:bottom w:val="single" w:sz="4" w:space="4" w:color="C9D1DB"/>
        </w:pBdr>
      </w:pPr>
      <w:r>
        <w:rPr>
          <w:b w:val="0"/>
          <w:i w:val="0"/>
          <w:color w:val="6B7280"/>
          <w:sz w:val="21"/>
        </w:rPr>
        <w:t xml:space="preserve">Réunion du comité social et économique de </w:t>
      </w:r>
      <w:r>
        <w:rPr>
          <w:b w:val="0"/>
          <w:i w:val="0"/>
          <w:color w:val="6B7280"/>
          <w:sz w:val="21"/>
          <w:shd w:val="clear" w:color="auto" w:fill="FFF4CC"/>
        </w:rPr>
        <w:t>[entreprise]</w:t>
      </w:r>
      <w:r>
        <w:rPr>
          <w:b w:val="0"/>
          <w:i w:val="0"/>
          <w:color w:val="6B7280"/>
          <w:sz w:val="21"/>
        </w:rPr>
        <w:t xml:space="preserve"> du </w:t>
      </w:r>
      <w:r>
        <w:rPr>
          <w:b w:val="0"/>
          <w:i w:val="0"/>
          <w:color w:val="6B7280"/>
          <w:sz w:val="21"/>
          <w:shd w:val="clear" w:color="auto" w:fill="FFF4CC"/>
        </w:rPr>
        <w:t>[date]</w:t>
      </w:r>
    </w:p>
    <w:p>
      <w:pPr>
        <w:spacing w:after="0"/>
      </w:pPr>
    </w:p>
    <w:p>
      <w:r>
        <w:rPr>
          <w:b w:val="0"/>
          <w:i w:val="0"/>
        </w:rPr>
        <w:t xml:space="preserve">Lue par : </w:t>
      </w:r>
      <w:r>
        <w:rPr>
          <w:b w:val="0"/>
          <w:i w:val="0"/>
          <w:shd w:val="clear" w:color="auto" w:fill="FFF4CC"/>
        </w:rPr>
        <w:t>[nom, qualité]</w:t>
      </w:r>
      <w:r>
        <w:rPr>
          <w:b w:val="0"/>
          <w:i w:val="0"/>
        </w:rPr>
        <w:t xml:space="preserve"> — </w:t>
      </w:r>
      <w:r>
        <w:rPr>
          <w:b w:val="0"/>
          <w:i w:val="0"/>
          <w:shd w:val="clear" w:color="auto" w:fill="FFF4CC"/>
        </w:rPr>
        <w:t>[en ouverture de séance / au point n° [X] : [intitulé]]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1. LE CONTEXTE</w:t>
      </w:r>
    </w:p>
    <w:p>
      <w:r>
        <w:rPr>
          <w:b w:val="0"/>
          <w:i w:val="0"/>
        </w:rPr>
        <w:t xml:space="preserve">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, la direction a </w:t>
      </w:r>
      <w:r>
        <w:rPr>
          <w:b w:val="0"/>
          <w:i w:val="0"/>
          <w:shd w:val="clear" w:color="auto" w:fill="FFF4CC"/>
        </w:rPr>
        <w:t>[présenté / annoncé]</w:t>
      </w:r>
      <w:r>
        <w:rPr>
          <w:b w:val="0"/>
          <w:i w:val="0"/>
        </w:rPr>
        <w:t xml:space="preserve"> </w:t>
      </w:r>
      <w:r>
        <w:rPr>
          <w:b w:val="0"/>
          <w:i w:val="0"/>
          <w:shd w:val="clear" w:color="auto" w:fill="FFF4CC"/>
        </w:rPr>
        <w:t>[projet ou décision]</w:t>
      </w:r>
      <w:r>
        <w:rPr>
          <w:b w:val="0"/>
          <w:i w:val="0"/>
        </w:rPr>
        <w:t xml:space="preserve">, </w:t>
      </w:r>
      <w:r>
        <w:rPr>
          <w:b w:val="0"/>
          <w:i w:val="0"/>
          <w:shd w:val="clear" w:color="auto" w:fill="FFF4CC"/>
        </w:rPr>
        <w:t>[en réunion du comité / par note du [date]]</w:t>
      </w:r>
      <w:r>
        <w:rPr>
          <w:b w:val="0"/>
          <w:i w:val="0"/>
        </w:rPr>
        <w:t>.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2. NOS CONSTATS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[Fait précis, chiffré, avec sa source : « selon la note du [date], … »]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[Fait précis]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3. NOTRE POSITION</w:t>
      </w:r>
    </w:p>
    <w:p>
      <w:r>
        <w:rPr>
          <w:b w:val="0"/>
          <w:i w:val="0"/>
        </w:rPr>
        <w:t xml:space="preserve">Les élus </w:t>
      </w:r>
      <w:r>
        <w:rPr>
          <w:b w:val="0"/>
          <w:i w:val="0"/>
          <w:shd w:val="clear" w:color="auto" w:fill="FFF4CC"/>
        </w:rPr>
        <w:t>[organisation]</w:t>
      </w:r>
      <w:r>
        <w:rPr>
          <w:b w:val="0"/>
          <w:i w:val="0"/>
        </w:rPr>
        <w:t xml:space="preserve"> considèrent que </w:t>
      </w:r>
      <w:r>
        <w:rPr>
          <w:b w:val="0"/>
          <w:i w:val="0"/>
          <w:shd w:val="clear" w:color="auto" w:fill="FFF4CC"/>
        </w:rPr>
        <w:t>[position, en une ou deux phrases]</w:t>
      </w:r>
      <w:r>
        <w:rPr>
          <w:b w:val="0"/>
          <w:i w:val="0"/>
        </w:rPr>
        <w:t>.</w:t>
      </w:r>
    </w:p>
    <w:p>
      <w:pPr>
        <w:keepNext/>
        <w:spacing w:before="240" w:after="80"/>
        <w:pBdr>
          <w:bottom w:val="single" w:sz="6" w:space="4" w:color="1E3A5F"/>
        </w:pBdr>
      </w:pPr>
      <w:r>
        <w:rPr>
          <w:b/>
          <w:i w:val="0"/>
          <w:color w:val="1E3A5F"/>
          <w:sz w:val="22"/>
        </w:rPr>
        <w:t>4. NOS DEMANDES</w:t>
      </w:r>
    </w:p>
    <w:p>
      <w:r>
        <w:rPr>
          <w:b w:val="0"/>
          <w:i w:val="0"/>
        </w:rPr>
        <w:t>Nous demandons :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[la communication de tel document]</w:t>
      </w:r>
      <w:r>
        <w:rPr>
          <w:b w:val="0"/>
          <w:i w:val="0"/>
        </w:rPr>
        <w:t xml:space="preserve"> avant le </w:t>
      </w:r>
      <w:r>
        <w:rPr>
          <w:b w:val="0"/>
          <w:i w:val="0"/>
          <w:shd w:val="clear" w:color="auto" w:fill="FFF4CC"/>
        </w:rPr>
        <w:t>[date]</w:t>
      </w:r>
      <w:r>
        <w:rPr>
          <w:b w:val="0"/>
          <w:i w:val="0"/>
        </w:rPr>
        <w:t xml:space="preserve"> ;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[l'inscription de tel point]</w:t>
      </w:r>
      <w:r>
        <w:rPr>
          <w:b w:val="0"/>
          <w:i w:val="0"/>
        </w:rPr>
        <w:t xml:space="preserve"> à l'ordre du jour de la prochaine réunion ;</w:t>
      </w:r>
    </w:p>
    <w:p>
      <w:r>
        <w:rPr>
          <w:b w:val="0"/>
          <w:i w:val="0"/>
        </w:rPr>
        <w:t xml:space="preserve">– </w:t>
      </w:r>
      <w:r>
        <w:rPr>
          <w:b w:val="0"/>
          <w:i w:val="0"/>
          <w:shd w:val="clear" w:color="auto" w:fill="FFF4CC"/>
        </w:rPr>
        <w:t>[une réponse écrite de la direction sur …]</w:t>
      </w:r>
      <w:r>
        <w:rPr>
          <w:b w:val="0"/>
          <w:i w:val="0"/>
        </w:rPr>
        <w:t>.</w:t>
      </w:r>
    </w:p>
    <w:p>
      <w:pPr>
        <w:spacing w:after="0"/>
      </w:pPr>
    </w:p>
    <w:p>
      <w:r>
        <w:rPr>
          <w:b w:val="0"/>
          <w:i w:val="0"/>
        </w:rPr>
        <w:t>Nous demandons que la présente déclaration soit consignée au procès-verbal de la réunion, conformément à l'article L2315-34 du Code du travail.</w:t>
      </w:r>
    </w:p>
    <w:p>
      <w:pPr>
        <w:spacing w:after="0"/>
      </w:pPr>
    </w:p>
    <w:p>
      <w:r>
        <w:rPr>
          <w:b w:val="0"/>
          <w:i w:val="0"/>
        </w:rPr>
        <w:t xml:space="preserve">Fait à </w:t>
      </w:r>
      <w:r>
        <w:rPr>
          <w:b w:val="0"/>
          <w:i w:val="0"/>
          <w:shd w:val="clear" w:color="auto" w:fill="FFF4CC"/>
        </w:rPr>
        <w:t>[ville]</w:t>
      </w:r>
      <w:r>
        <w:rPr>
          <w:b w:val="0"/>
          <w:i w:val="0"/>
        </w:rPr>
        <w:t xml:space="preserve">, le </w:t>
      </w:r>
      <w:r>
        <w:rPr>
          <w:b w:val="0"/>
          <w:i w:val="0"/>
          <w:shd w:val="clear" w:color="auto" w:fill="FFF4CC"/>
        </w:rPr>
        <w:t>[date]</w:t>
      </w:r>
    </w:p>
    <w:p>
      <w:r>
        <w:rPr>
          <w:b w:val="0"/>
          <w:i w:val="0"/>
        </w:rPr>
        <w:t xml:space="preserve">Pour </w:t>
      </w:r>
      <w:r>
        <w:rPr>
          <w:b w:val="0"/>
          <w:i w:val="0"/>
          <w:shd w:val="clear" w:color="auto" w:fill="FFF4CC"/>
        </w:rPr>
        <w:t>[organisation / liste]</w:t>
      </w:r>
      <w:r>
        <w:rPr>
          <w:b w:val="0"/>
          <w:i w:val="0"/>
        </w:rPr>
        <w:t xml:space="preserve"> : </w:t>
      </w:r>
      <w:r>
        <w:rPr>
          <w:b w:val="0"/>
          <w:i w:val="0"/>
          <w:shd w:val="clear" w:color="auto" w:fill="FFF4CC"/>
        </w:rPr>
        <w:t>[nom]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247" w:bottom="1134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bottom w:val="single" w:sz="4" w:space="4" w:color="C9D1DB"/>
      </w:pBdr>
      <w:spacing w:after="40"/>
    </w:pPr>
  </w:p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7143"/>
        </w:tcPr>
        <w:p>
          <w:r>
            <w:rPr>
              <w:b w:val="0"/>
              <w:i w:val="0"/>
              <w:color w:val="6B7280"/>
              <w:sz w:val="16"/>
            </w:rPr>
            <w:t>Modèle de déclaration liminaire au CSE</w:t>
          </w:r>
        </w:p>
        <w:p>
          <w:r>
            <w:rPr>
              <w:color w:val="A0A6B0"/>
              <w:sz w:val="14"/>
            </w:rPr>
            <w:t>Modèle gratuit — votrepvcse.fr</w:t>
          </w:r>
        </w:p>
      </w:tc>
      <w:tc>
        <w:tcPr>
          <w:tcW w:type="dxa" w:w="2268"/>
        </w:tcPr>
        <w:p>
          <w:pPr>
            <w:jc w:val="right"/>
          </w:pPr>
          <w:r>
            <w:rPr>
              <w:color w:val="6B7280"/>
              <w:sz w:val="16"/>
            </w:rPr>
            <w:t xml:space="preserve">Page </w:t>
          </w:r>
          <w:r>
            <w:rPr>
              <w:color w:val="6B7280"/>
              <w:sz w:val="16"/>
            </w:rPr>
            <w:fldChar w:fldCharType="begin"/>
            <w:instrText xml:space="preserve">PAGE</w:instrText>
            <w:fldChar w:fldCharType="end"/>
          </w:r>
          <w:r>
            <w:rPr>
              <w:color w:val="6B7280"/>
              <w:sz w:val="16"/>
            </w:rPr>
            <w:t xml:space="preserve"> / </w:t>
          </w:r>
          <w:r>
            <w:rPr>
              <w:color w:val="6B7280"/>
              <w:sz w:val="16"/>
            </w:rPr>
            <w:fldChar w:fldCharType="begin"/>
            <w:instrText xml:space="preserve">NUMPAGES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4706"/>
      <w:gridCol w:w="4706"/>
    </w:tblGrid>
    <w:tr>
      <w:tc>
        <w:tcPr>
          <w:tcW w:type="dxa" w:w="2381"/>
          <w:shd w:val="clear" w:color="auto" w:fill="F1F3F6"/>
        </w:tcPr>
        <w:p>
          <w:pPr>
            <w:spacing w:before="200" w:after="200"/>
            <w:jc w:val="center"/>
          </w:pPr>
          <w:r>
            <w:rPr>
              <w:b/>
              <w:color w:val="6B7280"/>
              <w:sz w:val="18"/>
            </w:rPr>
            <w:t>VOTRE LOGO</w:t>
          </w:r>
        </w:p>
      </w:tc>
      <w:tc>
        <w:tcPr>
          <w:tcW w:type="dxa" w:w="7030"/>
        </w:tcPr>
        <w:p>
          <w:pPr>
            <w:jc w:val="right"/>
          </w:pPr>
          <w:r>
            <w:rPr>
              <w:b/>
              <w:i w:val="0"/>
              <w:color w:val="1E3A5F"/>
              <w:sz w:val="20"/>
            </w:rPr>
            <w:t>Comité social et économique</w:t>
          </w:r>
        </w:p>
        <w:p>
          <w:pPr>
            <w:jc w:val="right"/>
          </w:pPr>
          <w:r>
            <w:rPr>
              <w:b w:val="0"/>
              <w:i w:val="0"/>
              <w:color w:val="6B7280"/>
              <w:sz w:val="18"/>
              <w:shd w:val="clear" w:color="auto" w:fill="FFF4CC"/>
            </w:rPr>
            <w:t>[Nom de l'entreprise / de l'établissement]</w:t>
          </w:r>
        </w:p>
      </w:tc>
    </w:tr>
  </w:tbl>
  <w:p>
    <w:pPr>
      <w:pBdr>
        <w:bottom w:val="single" w:sz="12" w:space="4" w:color="1E3A5F"/>
      </w:pBdr>
      <w:spacing w:after="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déclaration liminaire au CSE</dc:title>
  <dc:subject>Modèle de déclaration liminaire au CSE — modèle gratuit à compléter, commenté sur votrepvcse.fr</dc:subject>
  <dc:creator>VotrePVCSE</dc:creator>
  <cp:keywords>modèle gratuit, CSE, comité social et économique, Word, PDF</cp:keywords>
  <dc:description>Les zones surlignées sont à remplir. Modèle commenté sur https://votrepvcse.fr/modeles-cse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