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</w:pPr>
      <w:r>
        <w:rPr>
          <w:b/>
          <w:i w:val="0"/>
          <w:color w:val="1E3A5F"/>
          <w:sz w:val="32"/>
        </w:rPr>
        <w:t>CONVOCATION ET ORDRE DU JOUR</w:t>
      </w:r>
    </w:p>
    <w:p>
      <w:pPr>
        <w:spacing w:after="200"/>
        <w:pBdr>
          <w:bottom w:val="single" w:sz="4" w:space="4" w:color="C9D1DB"/>
        </w:pBdr>
      </w:pPr>
      <w:r>
        <w:rPr>
          <w:b w:val="0"/>
          <w:i w:val="0"/>
          <w:color w:val="6B7280"/>
          <w:sz w:val="21"/>
        </w:rPr>
        <w:t xml:space="preserve">Comité social et économique de </w:t>
      </w:r>
      <w:r>
        <w:rPr>
          <w:b w:val="0"/>
          <w:i w:val="0"/>
          <w:color w:val="6B7280"/>
          <w:sz w:val="21"/>
          <w:shd w:val="clear" w:color="auto" w:fill="FFF4CC"/>
        </w:rPr>
        <w:t>[entreprise / établissement]</w:t>
      </w:r>
    </w:p>
    <w:p>
      <w:pPr>
        <w:spacing w:after="0"/>
      </w:pPr>
    </w:p>
    <w:p>
      <w:r>
        <w:rPr>
          <w:b w:val="0"/>
          <w:i w:val="0"/>
        </w:rPr>
        <w:t xml:space="preserve">Réunion </w:t>
      </w:r>
      <w:r>
        <w:rPr>
          <w:b w:val="0"/>
          <w:i w:val="0"/>
          <w:shd w:val="clear" w:color="auto" w:fill="FFF4CC"/>
        </w:rPr>
        <w:t>[ordinaire / extraordinaire]</w:t>
      </w:r>
      <w:r>
        <w:rPr>
          <w:b w:val="0"/>
          <w:i w:val="0"/>
        </w:rPr>
        <w:t xml:space="preserve"> du </w:t>
      </w:r>
      <w:r>
        <w:rPr>
          <w:b w:val="0"/>
          <w:i w:val="0"/>
          <w:shd w:val="clear" w:color="auto" w:fill="FFF4CC"/>
        </w:rPr>
        <w:t>[jour et date]</w:t>
      </w:r>
      <w:r>
        <w:rPr>
          <w:b w:val="0"/>
          <w:i w:val="0"/>
        </w:rPr>
        <w:t xml:space="preserve">, à </w:t>
      </w:r>
      <w:r>
        <w:rPr>
          <w:b w:val="0"/>
          <w:i w:val="0"/>
          <w:shd w:val="clear" w:color="auto" w:fill="FFF4CC"/>
        </w:rPr>
        <w:t>[heure]</w:t>
      </w:r>
    </w:p>
    <w:p>
      <w:r>
        <w:rPr>
          <w:b w:val="0"/>
          <w:i w:val="0"/>
        </w:rPr>
        <w:t xml:space="preserve">Lieu : </w:t>
      </w:r>
      <w:r>
        <w:rPr>
          <w:b w:val="0"/>
          <w:i w:val="0"/>
          <w:shd w:val="clear" w:color="auto" w:fill="FFF4CC"/>
        </w:rPr>
        <w:t>[salle, adresse]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[ou : en visioconférence, lien transmis séparément]</w:t>
      </w:r>
    </w:p>
    <w:p>
      <w:r>
        <w:rPr>
          <w:b w:val="0"/>
          <w:i w:val="0"/>
          <w:shd w:val="clear" w:color="auto" w:fill="FFF4CC"/>
        </w:rPr>
        <w:t>[Réunion consacrée en tout ou partie à la santé, à la sécurité et aux conditions de travail]</w:t>
      </w:r>
    </w:p>
    <w:p>
      <w:pPr>
        <w:spacing w:after="0"/>
      </w:pPr>
    </w:p>
    <w:p>
      <w:r>
        <w:rPr>
          <w:b w:val="0"/>
          <w:i w:val="0"/>
        </w:rPr>
        <w:t xml:space="preserve">Ordre du jour établi conjointement par </w:t>
      </w:r>
      <w:r>
        <w:rPr>
          <w:b w:val="0"/>
          <w:i w:val="0"/>
          <w:shd w:val="clear" w:color="auto" w:fill="FFF4CC"/>
        </w:rPr>
        <w:t>[nom]</w:t>
      </w:r>
      <w:r>
        <w:rPr>
          <w:b w:val="0"/>
          <w:i w:val="0"/>
        </w:rPr>
        <w:t xml:space="preserve">, président(e), et </w:t>
      </w:r>
      <w:r>
        <w:rPr>
          <w:b w:val="0"/>
          <w:i w:val="0"/>
          <w:shd w:val="clear" w:color="auto" w:fill="FFF4CC"/>
        </w:rPr>
        <w:t>[nom]</w:t>
      </w:r>
      <w:r>
        <w:rPr>
          <w:b w:val="0"/>
          <w:i w:val="0"/>
        </w:rPr>
        <w:t>, secrétaire du comité.</w:t>
      </w:r>
    </w:p>
    <w:p>
      <w:r>
        <w:rPr>
          <w:b w:val="0"/>
          <w:i w:val="0"/>
        </w:rPr>
        <w:t xml:space="preserve">Adressé le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 xml:space="preserve"> aux membres du comité, à l'agent de contrôle de l'inspection du travail et à l'agent des services de prévention de </w:t>
      </w:r>
      <w:r>
        <w:rPr>
          <w:b w:val="0"/>
          <w:i w:val="0"/>
          <w:shd w:val="clear" w:color="auto" w:fill="FFF4CC"/>
        </w:rPr>
        <w:t>[caisse régionale]</w:t>
      </w:r>
      <w:r>
        <w:rPr>
          <w:b w:val="0"/>
          <w:i w:val="0"/>
        </w:rPr>
        <w:t>.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ORDRE DU JOUR</w:t>
      </w:r>
    </w:p>
    <w:p>
      <w:r>
        <w:rPr>
          <w:b w:val="0"/>
          <w:i w:val="0"/>
        </w:rPr>
        <w:t xml:space="preserve">1. Approbation du procès-verbal de la réunion du </w:t>
      </w:r>
      <w:r>
        <w:rPr>
          <w:b w:val="0"/>
          <w:i w:val="0"/>
          <w:shd w:val="clear" w:color="auto" w:fill="FFF4CC"/>
        </w:rPr>
        <w:t>[date]</w:t>
      </w:r>
    </w:p>
    <w:p>
      <w:r>
        <w:rPr>
          <w:b w:val="0"/>
          <w:i w:val="0"/>
        </w:rPr>
        <w:t xml:space="preserve">2. Suite donnée aux propositions de la réunion du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 xml:space="preserve"> : décision motivée de l'employeur</w:t>
      </w:r>
    </w:p>
    <w:p>
      <w:r>
        <w:rPr>
          <w:b w:val="0"/>
          <w:i w:val="0"/>
        </w:rPr>
        <w:t xml:space="preserve">3. Information-consultation sur </w:t>
      </w:r>
      <w:r>
        <w:rPr>
          <w:b w:val="0"/>
          <w:i w:val="0"/>
          <w:shd w:val="clear" w:color="auto" w:fill="FFF4CC"/>
        </w:rPr>
        <w:t>[objet précis du projet]</w:t>
      </w:r>
    </w:p>
    <w:p>
      <w:r>
        <w:rPr>
          <w:b w:val="0"/>
          <w:i w:val="0"/>
        </w:rPr>
        <w:t xml:space="preserve">   Informations transmises le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[ou : mises à disposition dans la BDESE le [date]]</w:t>
      </w:r>
    </w:p>
    <w:p>
      <w:r>
        <w:rPr>
          <w:b w:val="0"/>
          <w:i w:val="0"/>
        </w:rPr>
        <w:t xml:space="preserve">   </w:t>
      </w:r>
      <w:r>
        <w:rPr>
          <w:b w:val="0"/>
          <w:i w:val="0"/>
          <w:shd w:val="clear" w:color="auto" w:fill="FFF4CC"/>
        </w:rPr>
        <w:t>[Recueil de l'avis du comité]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[ou : première présentation, avis prévu le [date]]</w:t>
      </w:r>
    </w:p>
    <w:p>
      <w:r>
        <w:rPr>
          <w:b w:val="0"/>
          <w:i w:val="0"/>
        </w:rPr>
        <w:t xml:space="preserve">4. Information sur </w:t>
      </w:r>
      <w:r>
        <w:rPr>
          <w:b w:val="0"/>
          <w:i w:val="0"/>
          <w:shd w:val="clear" w:color="auto" w:fill="FFF4CC"/>
        </w:rPr>
        <w:t>[objet précis]</w:t>
      </w:r>
    </w:p>
    <w:p>
      <w:r>
        <w:rPr>
          <w:b w:val="0"/>
          <w:i w:val="0"/>
        </w:rPr>
        <w:t xml:space="preserve">5. </w:t>
      </w:r>
      <w:r>
        <w:rPr>
          <w:b w:val="0"/>
          <w:i w:val="0"/>
          <w:shd w:val="clear" w:color="auto" w:fill="FFF4CC"/>
        </w:rPr>
        <w:t>[Santé, sécurité et conditions de travail : objet précis]</w:t>
      </w:r>
    </w:p>
    <w:p>
      <w:r>
        <w:rPr>
          <w:b w:val="0"/>
          <w:i w:val="0"/>
        </w:rPr>
        <w:t xml:space="preserve">6. Questions des élus </w:t>
      </w:r>
      <w:r>
        <w:rPr>
          <w:b w:val="0"/>
          <w:i w:val="0"/>
          <w:shd w:val="clear" w:color="auto" w:fill="FFF4CC"/>
        </w:rPr>
        <w:t>[transmises le [date], jointes en annexe]</w:t>
      </w:r>
    </w:p>
    <w:p>
      <w:r>
        <w:rPr>
          <w:b w:val="0"/>
          <w:i w:val="0"/>
        </w:rPr>
        <w:t>7. Questions diverses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DOCUMENTS JOINTS</w:t>
      </w:r>
    </w:p>
    <w:p>
      <w:r>
        <w:rPr>
          <w:b w:val="0"/>
          <w:i w:val="0"/>
          <w:shd w:val="clear" w:color="auto" w:fill="FFF4CC"/>
        </w:rPr>
        <w:t>[Projet de procès-verbal du [date] ; note d'information sur [objet] ; …]</w:t>
      </w:r>
    </w:p>
    <w:p>
      <w:pPr>
        <w:keepNext/>
        <w:spacing w:after="0"/>
      </w:pPr>
    </w:p>
    <w:p>
      <w:pPr>
        <w:keepNext/>
      </w:pPr>
      <w:r>
        <w:rPr>
          <w:b w:val="0"/>
          <w:i w:val="0"/>
        </w:rPr>
        <w:t xml:space="preserve">Fait à </w:t>
      </w:r>
      <w:r>
        <w:rPr>
          <w:b w:val="0"/>
          <w:i w:val="0"/>
          <w:shd w:val="clear" w:color="auto" w:fill="FFF4CC"/>
        </w:rPr>
        <w:t>[ville]</w:t>
      </w:r>
      <w:r>
        <w:rPr>
          <w:b w:val="0"/>
          <w:i w:val="0"/>
        </w:rPr>
        <w:t xml:space="preserve">, le </w:t>
      </w:r>
      <w:r>
        <w:rPr>
          <w:b w:val="0"/>
          <w:i w:val="0"/>
          <w:shd w:val="clear" w:color="auto" w:fill="FFF4CC"/>
        </w:rPr>
        <w:t>[date]</w:t>
      </w:r>
    </w:p>
    <w:p>
      <w:pPr>
        <w:keepNext/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>
              <w:rPr>
                <w:b/>
                <w:i w:val="0"/>
                <w:color w:val="1E3A5F"/>
                <w:sz w:val="20"/>
              </w:rPr>
              <w:t>Le/la président(e)</w:t>
            </w:r>
          </w:p>
          <w:p>
            <w:r>
              <w:rPr>
                <w:b w:val="0"/>
                <w:i w:val="0"/>
                <w:sz w:val="20"/>
                <w:shd w:val="clear" w:color="auto" w:fill="FFF4CC"/>
              </w:rPr>
              <w:t>[nom]</w:t>
            </w:r>
          </w:p>
          <w:p>
            <w:pPr>
              <w:spacing w:before="560"/>
              <w:pBdr>
                <w:bottom w:val="single" w:sz="4" w:space="4" w:color="8A94A3"/>
              </w:pBdr>
            </w:pPr>
          </w:p>
          <w:p>
            <w:r>
              <w:rPr>
                <w:b w:val="0"/>
                <w:i w:val="0"/>
                <w:color w:val="6B7280"/>
                <w:sz w:val="16"/>
              </w:rPr>
              <w:t>Signature</w:t>
            </w:r>
          </w:p>
        </w:tc>
        <w:tc>
          <w:tcPr>
            <w:tcW w:type="dxa" w:w="4706"/>
          </w:tcPr>
          <w:p>
            <w:r>
              <w:rPr>
                <w:b/>
                <w:i w:val="0"/>
                <w:color w:val="1E3A5F"/>
                <w:sz w:val="20"/>
              </w:rPr>
              <w:t>Le/la secrétaire</w:t>
            </w:r>
          </w:p>
          <w:p>
            <w:r>
              <w:rPr>
                <w:b w:val="0"/>
                <w:i w:val="0"/>
                <w:sz w:val="20"/>
                <w:shd w:val="clear" w:color="auto" w:fill="FFF4CC"/>
              </w:rPr>
              <w:t>[nom]</w:t>
            </w:r>
          </w:p>
          <w:p>
            <w:pPr>
              <w:spacing w:before="560"/>
              <w:pBdr>
                <w:bottom w:val="single" w:sz="4" w:space="4" w:color="8A94A3"/>
              </w:pBdr>
            </w:pPr>
          </w:p>
          <w:p>
            <w:r>
              <w:rPr>
                <w:b w:val="0"/>
                <w:i w:val="0"/>
                <w:color w:val="6B7280"/>
                <w:sz w:val="16"/>
              </w:rPr>
              <w:t>Signature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bottom w:val="single" w:sz="4" w:space="4" w:color="C9D1DB"/>
      </w:pBdr>
      <w:spacing w:after="4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7143"/>
        </w:tcPr>
        <w:p>
          <w:r>
            <w:rPr>
              <w:b w:val="0"/>
              <w:i w:val="0"/>
              <w:color w:val="6B7280"/>
              <w:sz w:val="16"/>
            </w:rPr>
            <w:t>Modèle d'ordre du jour de réunion de CSE</w:t>
          </w:r>
        </w:p>
        <w:p>
          <w:r>
            <w:rPr>
              <w:color w:val="A0A6B0"/>
              <w:sz w:val="14"/>
            </w:rPr>
            <w:t>Modèle gratuit — votrepvcse.fr</w:t>
          </w:r>
        </w:p>
      </w:tc>
      <w:tc>
        <w:tcPr>
          <w:tcW w:type="dxa" w:w="2268"/>
        </w:tcPr>
        <w:p>
          <w:pPr>
            <w:jc w:val="right"/>
          </w:pPr>
          <w:r>
            <w:rPr>
              <w:color w:val="6B7280"/>
              <w:sz w:val="16"/>
            </w:rPr>
            <w:t xml:space="preserve">Page </w:t>
          </w:r>
          <w:r>
            <w:rPr>
              <w:color w:val="6B7280"/>
              <w:sz w:val="16"/>
            </w:rPr>
            <w:fldChar w:fldCharType="begin"/>
            <w:instrText xml:space="preserve">PAGE</w:instrText>
            <w:fldChar w:fldCharType="end"/>
          </w:r>
          <w:r>
            <w:rPr>
              <w:color w:val="6B7280"/>
              <w:sz w:val="16"/>
            </w:rPr>
            <w:t xml:space="preserve"> / </w:t>
          </w:r>
          <w:r>
            <w:rPr>
              <w:color w:val="6B7280"/>
              <w:sz w:val="16"/>
            </w:rP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2381"/>
          <w:shd w:val="clear" w:color="auto" w:fill="F1F3F6"/>
        </w:tcPr>
        <w:p>
          <w:pPr>
            <w:spacing w:before="200" w:after="200"/>
            <w:jc w:val="center"/>
          </w:pPr>
          <w:r>
            <w:rPr>
              <w:b/>
              <w:color w:val="6B7280"/>
              <w:sz w:val="18"/>
            </w:rPr>
            <w:t>VOTRE LOGO</w:t>
          </w:r>
        </w:p>
      </w:tc>
      <w:tc>
        <w:tcPr>
          <w:tcW w:type="dxa" w:w="7030"/>
        </w:tcPr>
        <w:p>
          <w:pPr>
            <w:jc w:val="right"/>
          </w:pPr>
          <w:r>
            <w:rPr>
              <w:b/>
              <w:i w:val="0"/>
              <w:color w:val="1E3A5F"/>
              <w:sz w:val="20"/>
            </w:rPr>
            <w:t>Comité social et économique</w:t>
          </w:r>
        </w:p>
        <w:p>
          <w:pPr>
            <w:jc w:val="right"/>
          </w:pPr>
          <w:r>
            <w:rPr>
              <w:b w:val="0"/>
              <w:i w:val="0"/>
              <w:color w:val="6B7280"/>
              <w:sz w:val="18"/>
              <w:shd w:val="clear" w:color="auto" w:fill="FFF4CC"/>
            </w:rPr>
            <w:t>[Nom de l'entreprise / de l'établissement]</w:t>
          </w:r>
        </w:p>
      </w:tc>
    </w:tr>
  </w:tbl>
  <w:p>
    <w:pPr>
      <w:pBdr>
        <w:bottom w:val="single" w:sz="12" w:space="4" w:color="1E3A5F"/>
      </w:pBd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d'ordre du jour de réunion de CSE</dc:title>
  <dc:subject>Modèle d'ordre du jour de réunion de CSE — modèle gratuit à compléter, commenté sur votrepvcse.fr</dc:subject>
  <dc:creator>VotrePVCSE</dc:creator>
  <cp:keywords>modèle gratuit, CSE, comité social et économique, Word, PDF</cp:keywords>
  <dc:description>Les zones surlignées sont à remplir. Modèle commenté sur https://votrepvcse.fr/modeles-cse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