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b/>
          <w:i w:val="0"/>
          <w:color w:val="1E3A5F"/>
          <w:sz w:val="32"/>
        </w:rPr>
        <w:t>PROCÈS-VERBAL DE LA RÉUNION DU COMITÉ SOCIAL ET ÉCONOMIQUE</w:t>
      </w:r>
    </w:p>
    <w:p>
      <w:r>
        <w:rPr>
          <w:b w:val="0"/>
          <w:i w:val="0"/>
          <w:shd w:val="clear" w:color="auto" w:fill="FFF4CC"/>
        </w:rPr>
        <w:t>[Nom de l'entreprise ou de l'établissement]</w:t>
      </w:r>
    </w:p>
    <w:p>
      <w:pPr>
        <w:spacing w:after="0"/>
      </w:pPr>
    </w:p>
    <w:p>
      <w:r>
        <w:rPr>
          <w:b w:val="0"/>
          <w:i w:val="0"/>
        </w:rPr>
        <w:t xml:space="preserve">Réunion </w:t>
      </w:r>
      <w:r>
        <w:rPr>
          <w:b w:val="0"/>
          <w:i w:val="0"/>
          <w:shd w:val="clear" w:color="auto" w:fill="FFF4CC"/>
        </w:rPr>
        <w:t>[ordinaire / extraordinaire]</w:t>
      </w:r>
      <w:r>
        <w:rPr>
          <w:b w:val="0"/>
          <w:i w:val="0"/>
        </w:rPr>
        <w:t xml:space="preserve"> du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, de </w:t>
      </w:r>
      <w:r>
        <w:rPr>
          <w:b w:val="0"/>
          <w:i w:val="0"/>
          <w:shd w:val="clear" w:color="auto" w:fill="FFF4CC"/>
        </w:rPr>
        <w:t>[heure]</w:t>
      </w:r>
      <w:r>
        <w:rPr>
          <w:b w:val="0"/>
          <w:i w:val="0"/>
        </w:rPr>
        <w:t xml:space="preserve"> à </w:t>
      </w:r>
      <w:r>
        <w:rPr>
          <w:b w:val="0"/>
          <w:i w:val="0"/>
          <w:shd w:val="clear" w:color="auto" w:fill="FFF4CC"/>
        </w:rPr>
        <w:t>[heure]</w:t>
      </w:r>
    </w:p>
    <w:p>
      <w:r>
        <w:rPr>
          <w:b w:val="0"/>
          <w:i w:val="0"/>
        </w:rPr>
        <w:t xml:space="preserve">Lieu : </w:t>
      </w:r>
      <w:r>
        <w:rPr>
          <w:b w:val="0"/>
          <w:i w:val="0"/>
          <w:shd w:val="clear" w:color="auto" w:fill="FFF4CC"/>
        </w:rPr>
        <w:t>[lieu, ou « en visioconférence »]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PRÉSENTS</w:t>
      </w:r>
    </w:p>
    <w:p>
      <w:r>
        <w:rPr>
          <w:b w:val="0"/>
          <w:i w:val="0"/>
        </w:rPr>
        <w:t xml:space="preserve">Pour la direction : </w:t>
      </w:r>
      <w:r>
        <w:rPr>
          <w:b w:val="0"/>
          <w:i w:val="0"/>
          <w:shd w:val="clear" w:color="auto" w:fill="FFF4CC"/>
        </w:rPr>
        <w:t>[nom, fonction]</w:t>
      </w:r>
      <w:r>
        <w:rPr>
          <w:b w:val="0"/>
          <w:i w:val="0"/>
        </w:rPr>
        <w:t xml:space="preserve"> — président(e)</w:t>
      </w:r>
    </w:p>
    <w:p>
      <w:r>
        <w:rPr>
          <w:b w:val="0"/>
          <w:i w:val="0"/>
        </w:rPr>
        <w:t xml:space="preserve">Membres titulaires :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 (</w:t>
      </w:r>
      <w:r>
        <w:rPr>
          <w:b w:val="0"/>
          <w:i w:val="0"/>
          <w:shd w:val="clear" w:color="auto" w:fill="FFF4CC"/>
        </w:rPr>
        <w:t>[organisation syndicale]</w:t>
      </w:r>
      <w:r>
        <w:rPr>
          <w:b w:val="0"/>
          <w:i w:val="0"/>
        </w:rPr>
        <w:t>)</w:t>
      </w:r>
    </w:p>
    <w:p>
      <w:r>
        <w:rPr>
          <w:b w:val="0"/>
          <w:i w:val="0"/>
        </w:rPr>
        <w:t xml:space="preserve">Membres suppléants : </w:t>
      </w:r>
      <w:r>
        <w:rPr>
          <w:b w:val="0"/>
          <w:i w:val="0"/>
          <w:shd w:val="clear" w:color="auto" w:fill="FFF4CC"/>
        </w:rPr>
        <w:t>[nom]</w:t>
      </w:r>
    </w:p>
    <w:p>
      <w:r>
        <w:rPr>
          <w:b w:val="0"/>
          <w:i w:val="0"/>
        </w:rPr>
        <w:t xml:space="preserve">Représentants syndicaux :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 (</w:t>
      </w:r>
      <w:r>
        <w:rPr>
          <w:b w:val="0"/>
          <w:i w:val="0"/>
          <w:shd w:val="clear" w:color="auto" w:fill="FFF4CC"/>
        </w:rPr>
        <w:t>[organisation]</w:t>
      </w:r>
      <w:r>
        <w:rPr>
          <w:b w:val="0"/>
          <w:i w:val="0"/>
        </w:rPr>
        <w:t>)</w:t>
      </w:r>
    </w:p>
    <w:p>
      <w:r>
        <w:rPr>
          <w:b w:val="0"/>
          <w:i w:val="0"/>
        </w:rPr>
        <w:t xml:space="preserve">Invités : </w:t>
      </w:r>
      <w:r>
        <w:rPr>
          <w:b w:val="0"/>
          <w:i w:val="0"/>
          <w:shd w:val="clear" w:color="auto" w:fill="FFF4CC"/>
        </w:rPr>
        <w:t>[nom, qualité, point de l'ordre du jour concerné]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ABSENTS / EXCUSÉS</w:t>
      </w:r>
    </w:p>
    <w:p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 — </w:t>
      </w:r>
      <w:r>
        <w:rPr>
          <w:b w:val="0"/>
          <w:i w:val="0"/>
          <w:shd w:val="clear" w:color="auto" w:fill="FFF4CC"/>
        </w:rPr>
        <w:t>[remplacé(e) par [nom] / excusé(e)]</w:t>
      </w:r>
    </w:p>
    <w:p>
      <w:pPr>
        <w:spacing w:after="0"/>
      </w:pPr>
    </w:p>
    <w:p>
      <w:r>
        <w:rPr>
          <w:b w:val="0"/>
          <w:i w:val="0"/>
        </w:rPr>
        <w:t xml:space="preserve">Secrétaire de séance : </w:t>
      </w:r>
      <w:r>
        <w:rPr>
          <w:b w:val="0"/>
          <w:i w:val="0"/>
          <w:shd w:val="clear" w:color="auto" w:fill="FFF4CC"/>
        </w:rPr>
        <w:t>[nom]</w:t>
      </w:r>
    </w:p>
    <w:p>
      <w:r>
        <w:rPr>
          <w:b w:val="0"/>
          <w:i w:val="0"/>
        </w:rPr>
        <w:t xml:space="preserve">Nombre de membres présents ayant voix délibérative : </w:t>
      </w:r>
      <w:r>
        <w:rPr>
          <w:b w:val="0"/>
          <w:i w:val="0"/>
          <w:shd w:val="clear" w:color="auto" w:fill="FFF4CC"/>
        </w:rPr>
        <w:t>[nombre]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ORDRE DU JOUR</w:t>
      </w:r>
    </w:p>
    <w:p>
      <w:r>
        <w:rPr>
          <w:b w:val="0"/>
          <w:i w:val="0"/>
        </w:rPr>
        <w:t xml:space="preserve">1. Approbation du procès-verbal de la réunion du </w:t>
      </w:r>
      <w:r>
        <w:rPr>
          <w:b w:val="0"/>
          <w:i w:val="0"/>
          <w:shd w:val="clear" w:color="auto" w:fill="FFF4CC"/>
        </w:rPr>
        <w:t>[date]</w:t>
      </w:r>
    </w:p>
    <w:p>
      <w:r>
        <w:rPr>
          <w:b w:val="0"/>
          <w:i w:val="0"/>
        </w:rPr>
        <w:t xml:space="preserve">2. </w:t>
      </w:r>
      <w:r>
        <w:rPr>
          <w:b w:val="0"/>
          <w:i w:val="0"/>
          <w:shd w:val="clear" w:color="auto" w:fill="FFF4CC"/>
        </w:rPr>
        <w:t>[intitulé]</w:t>
      </w:r>
    </w:p>
    <w:p>
      <w:r>
        <w:rPr>
          <w:b w:val="0"/>
          <w:i w:val="0"/>
        </w:rPr>
        <w:t xml:space="preserve">3. </w:t>
      </w:r>
      <w:r>
        <w:rPr>
          <w:b w:val="0"/>
          <w:i w:val="0"/>
          <w:shd w:val="clear" w:color="auto" w:fill="FFF4CC"/>
        </w:rPr>
        <w:t>[intitulé]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 xml:space="preserve">1. APPROBATION DU PROCÈS-VERBAL DU </w:t>
      </w:r>
      <w:r>
        <w:rPr>
          <w:b/>
          <w:i w:val="0"/>
          <w:color w:val="1E3A5F"/>
          <w:sz w:val="22"/>
          <w:shd w:val="clear" w:color="auto" w:fill="FFF4CC"/>
        </w:rPr>
        <w:t>[DATE]</w:t>
      </w:r>
    </w:p>
    <w:p>
      <w:r>
        <w:rPr>
          <w:b w:val="0"/>
          <w:i w:val="0"/>
          <w:shd w:val="clear" w:color="auto" w:fill="FFF4CC"/>
        </w:rPr>
        <w:t>[Observations éventuelles, et le résultat du vote]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 xml:space="preserve">2. </w:t>
      </w:r>
      <w:r>
        <w:rPr>
          <w:b/>
          <w:i w:val="0"/>
          <w:color w:val="1E3A5F"/>
          <w:sz w:val="22"/>
          <w:shd w:val="clear" w:color="auto" w:fill="FFF4CC"/>
        </w:rPr>
        <w:t>[INTITULÉ DU POINT]</w:t>
      </w:r>
    </w:p>
    <w:p>
      <w:r>
        <w:rPr>
          <w:b w:val="0"/>
          <w:i w:val="0"/>
        </w:rPr>
        <w:t xml:space="preserve">Présentation : </w:t>
      </w:r>
      <w:r>
        <w:rPr>
          <w:b w:val="0"/>
          <w:i w:val="0"/>
          <w:shd w:val="clear" w:color="auto" w:fill="FFF4CC"/>
        </w:rPr>
        <w:t>[qui présente, quels documents ont été remis]</w:t>
      </w:r>
    </w:p>
    <w:p>
      <w:r>
        <w:rPr>
          <w:b w:val="0"/>
          <w:i w:val="0"/>
        </w:rPr>
        <w:t xml:space="preserve">Échanges : </w:t>
      </w:r>
      <w:r>
        <w:rPr>
          <w:b w:val="0"/>
          <w:i w:val="0"/>
          <w:shd w:val="clear" w:color="auto" w:fill="FFF4CC"/>
        </w:rPr>
        <w:t>[résumé des délibérations]</w:t>
      </w:r>
    </w:p>
    <w:p>
      <w:r>
        <w:rPr>
          <w:b w:val="0"/>
          <w:i w:val="0"/>
        </w:rPr>
        <w:t xml:space="preserve">Déclaration : </w:t>
      </w:r>
      <w:r>
        <w:rPr>
          <w:b w:val="0"/>
          <w:i w:val="0"/>
          <w:shd w:val="clear" w:color="auto" w:fill="FFF4CC"/>
        </w:rPr>
        <w:t>[texte de la déclaration, si un membre demande qu'elle figure au procès-verbal]</w:t>
      </w:r>
    </w:p>
    <w:p>
      <w:r>
        <w:rPr>
          <w:b w:val="0"/>
          <w:i w:val="0"/>
        </w:rPr>
        <w:t xml:space="preserve">Vote : pour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contre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abstentions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</w:t>
      </w:r>
      <w:r>
        <w:rPr>
          <w:b w:val="0"/>
          <w:i w:val="0"/>
          <w:shd w:val="clear" w:color="auto" w:fill="FFF4CC"/>
        </w:rPr>
        <w:t>[avis ou résolution]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 xml:space="preserve">RÉPONSE MOTIVÉE DE L'EMPLOYEUR AUX PROPOSITIONS DE LA RÉUNION DU </w:t>
      </w:r>
      <w:r>
        <w:rPr>
          <w:b/>
          <w:i w:val="0"/>
          <w:color w:val="1E3A5F"/>
          <w:sz w:val="22"/>
          <w:shd w:val="clear" w:color="auto" w:fill="FFF4CC"/>
        </w:rPr>
        <w:t>[DATE]</w:t>
      </w:r>
    </w:p>
    <w:p>
      <w:r>
        <w:rPr>
          <w:b w:val="0"/>
          <w:i w:val="0"/>
          <w:shd w:val="clear" w:color="auto" w:fill="FFF4CC"/>
        </w:rPr>
        <w:t>[proposition]</w:t>
      </w:r>
      <w:r>
        <w:rPr>
          <w:b w:val="0"/>
          <w:i w:val="0"/>
        </w:rPr>
        <w:t xml:space="preserve"> — </w:t>
      </w:r>
      <w:r>
        <w:rPr>
          <w:b w:val="0"/>
          <w:i w:val="0"/>
          <w:shd w:val="clear" w:color="auto" w:fill="FFF4CC"/>
        </w:rPr>
        <w:t>[réponse motivée de l'employeur]</w:t>
      </w:r>
    </w:p>
    <w:p>
      <w:pPr>
        <w:keepNext/>
        <w:spacing w:after="0"/>
      </w:pPr>
    </w:p>
    <w:p>
      <w:pPr>
        <w:keepNext/>
      </w:pPr>
      <w:r>
        <w:rPr>
          <w:b w:val="0"/>
          <w:i w:val="0"/>
        </w:rPr>
        <w:t xml:space="preserve">La séance est levée à </w:t>
      </w:r>
      <w:r>
        <w:rPr>
          <w:b w:val="0"/>
          <w:i w:val="0"/>
          <w:shd w:val="clear" w:color="auto" w:fill="FFF4CC"/>
        </w:rPr>
        <w:t>[heure]</w:t>
      </w:r>
      <w:r>
        <w:rPr>
          <w:b w:val="0"/>
          <w:i w:val="0"/>
        </w:rPr>
        <w:t>.</w:t>
      </w:r>
    </w:p>
    <w:p>
      <w:pPr>
        <w:keepNext/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>
              <w:rPr>
                <w:b/>
                <w:i w:val="0"/>
                <w:color w:val="1E3A5F"/>
                <w:sz w:val="20"/>
              </w:rPr>
              <w:t>Le/la secrétaire</w:t>
            </w:r>
          </w:p>
          <w:p>
            <w:r>
              <w:rPr>
                <w:b w:val="0"/>
                <w:i w:val="0"/>
                <w:sz w:val="20"/>
                <w:shd w:val="clear" w:color="auto" w:fill="FFF4CC"/>
              </w:rPr>
              <w:t>[nom]</w:t>
            </w:r>
          </w:p>
          <w:p>
            <w:pPr>
              <w:spacing w:before="560"/>
              <w:pBdr>
                <w:bottom w:val="single" w:sz="4" w:space="4" w:color="8A94A3"/>
              </w:pBdr>
            </w:pPr>
          </w:p>
          <w:p>
            <w:r>
              <w:rPr>
                <w:b w:val="0"/>
                <w:i w:val="0"/>
                <w:color w:val="6B7280"/>
                <w:sz w:val="16"/>
              </w:rPr>
              <w:t>Signature</w:t>
            </w:r>
          </w:p>
        </w:tc>
        <w:tc>
          <w:tcPr>
            <w:tcW w:type="dxa" w:w="4706"/>
          </w:tcPr>
          <w:p>
            <w:r>
              <w:rPr>
                <w:b/>
                <w:i w:val="0"/>
                <w:color w:val="1E3A5F"/>
                <w:sz w:val="20"/>
              </w:rPr>
              <w:t>Le/la président(e)</w:t>
            </w:r>
          </w:p>
          <w:p>
            <w:r>
              <w:rPr>
                <w:b w:val="0"/>
                <w:i w:val="0"/>
                <w:sz w:val="20"/>
                <w:shd w:val="clear" w:color="auto" w:fill="FFF4CC"/>
              </w:rPr>
              <w:t>[nom]</w:t>
            </w:r>
          </w:p>
          <w:p>
            <w:pPr>
              <w:spacing w:before="560"/>
              <w:pBdr>
                <w:bottom w:val="single" w:sz="4" w:space="4" w:color="8A94A3"/>
              </w:pBdr>
            </w:pPr>
          </w:p>
          <w:p>
            <w:r>
              <w:rPr>
                <w:b w:val="0"/>
                <w:i w:val="0"/>
                <w:color w:val="6B7280"/>
                <w:sz w:val="16"/>
              </w:rPr>
              <w:t>Signature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4" w:color="C9D1DB"/>
      </w:pBdr>
      <w:spacing w:after="4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7143"/>
        </w:tcPr>
        <w:p>
          <w:r>
            <w:rPr>
              <w:b w:val="0"/>
              <w:i w:val="0"/>
              <w:color w:val="6B7280"/>
              <w:sz w:val="16"/>
            </w:rPr>
            <w:t>Modèle de PV de réunion de CSE</w:t>
          </w:r>
        </w:p>
        <w:p>
          <w:r>
            <w:rPr>
              <w:color w:val="A0A6B0"/>
              <w:sz w:val="14"/>
            </w:rPr>
            <w:t>Modèle gratuit — votrepvcse.fr</w:t>
          </w:r>
        </w:p>
      </w:tc>
      <w:tc>
        <w:tcPr>
          <w:tcW w:type="dxa" w:w="2268"/>
        </w:tcPr>
        <w:p>
          <w:pPr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color w:val="6B7280"/>
              <w:sz w:val="16"/>
            </w:rPr>
            <w:t xml:space="preserve"> / </w:t>
          </w:r>
          <w:r>
            <w:rPr>
              <w:color w:val="6B728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2381"/>
          <w:shd w:val="clear" w:color="auto" w:fill="F1F3F6"/>
        </w:tcPr>
        <w:p>
          <w:pPr>
            <w:spacing w:before="200" w:after="200"/>
            <w:jc w:val="center"/>
          </w:pPr>
          <w:r>
            <w:rPr>
              <w:b/>
              <w:color w:val="6B7280"/>
              <w:sz w:val="18"/>
            </w:rPr>
            <w:t>VOTRE LOGO</w:t>
          </w:r>
        </w:p>
      </w:tc>
      <w:tc>
        <w:tcPr>
          <w:tcW w:type="dxa" w:w="7030"/>
        </w:tcPr>
        <w:p>
          <w:pPr>
            <w:jc w:val="right"/>
          </w:pPr>
          <w:r>
            <w:rPr>
              <w:b/>
              <w:i w:val="0"/>
              <w:color w:val="1E3A5F"/>
              <w:sz w:val="20"/>
            </w:rPr>
            <w:t>Comité social et économique</w:t>
          </w:r>
        </w:p>
        <w:p>
          <w:pPr>
            <w:jc w:val="right"/>
          </w:pPr>
          <w:r>
            <w:rPr>
              <w:b w:val="0"/>
              <w:i w:val="0"/>
              <w:color w:val="6B7280"/>
              <w:sz w:val="18"/>
              <w:shd w:val="clear" w:color="auto" w:fill="FFF4CC"/>
            </w:rPr>
            <w:t>[Nom de l'entreprise / de l'établissement]</w:t>
          </w:r>
        </w:p>
      </w:tc>
    </w:tr>
  </w:tbl>
  <w:p>
    <w:pPr>
      <w:pBdr>
        <w:bottom w:val="single" w:sz="12" w:space="4" w:color="1E3A5F"/>
      </w:pBd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PV de réunion de CSE</dc:title>
  <dc:subject>Modèle de PV de réunion de CSE — modèle gratuit à compléter, commenté sur votrepvcse.fr</dc:subject>
  <dc:creator>VotrePVCSE</dc:creator>
  <cp:keywords>modèle gratuit, CSE, comité social et économique, Word, PDF</cp:keywords>
  <dc:description>Les zones surlignées sont à remplir. Modèle commenté sur https://votrepvcse.fr/modeles-cse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